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28" w:rsidRPr="00E401EF" w:rsidRDefault="00997381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PRIHLÁŠKA NA TALENTOVÉ SKÚŠKY</w:t>
      </w:r>
    </w:p>
    <w:p w:rsidR="003C5128" w:rsidRPr="00E401EF" w:rsidRDefault="00997381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Tanečný súbor Čisté duše</w:t>
      </w:r>
    </w:p>
    <w:p w:rsidR="003C5128" w:rsidRPr="00E401EF" w:rsidRDefault="00997381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sz w:val="24"/>
          <w:szCs w:val="24"/>
        </w:rPr>
        <w:t>OZ Erika Beňová ČD</w:t>
      </w:r>
    </w:p>
    <w:tbl>
      <w:tblPr>
        <w:tblStyle w:val="Mriekatabuky"/>
        <w:tblW w:w="0" w:type="auto"/>
        <w:jc w:val="center"/>
        <w:tblLook w:val="04A0"/>
      </w:tblPr>
      <w:tblGrid>
        <w:gridCol w:w="5100"/>
        <w:gridCol w:w="5100"/>
      </w:tblGrid>
      <w:tr w:rsidR="003C5128" w:rsidRPr="00E401EF">
        <w:trPr>
          <w:jc w:val="center"/>
        </w:trPr>
        <w:tc>
          <w:tcPr>
            <w:tcW w:w="5100" w:type="dxa"/>
          </w:tcPr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b/>
                <w:sz w:val="24"/>
                <w:szCs w:val="24"/>
              </w:rPr>
              <w:t>Organizátor / tréner</w:t>
            </w:r>
          </w:p>
        </w:tc>
        <w:tc>
          <w:tcPr>
            <w:tcW w:w="5100" w:type="dxa"/>
          </w:tcPr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sz w:val="24"/>
                <w:szCs w:val="24"/>
              </w:rPr>
              <w:t>Erika Beňová</w:t>
            </w:r>
          </w:p>
        </w:tc>
      </w:tr>
      <w:tr w:rsidR="003C5128" w:rsidRPr="00E401EF">
        <w:trPr>
          <w:jc w:val="center"/>
        </w:trPr>
        <w:tc>
          <w:tcPr>
            <w:tcW w:w="5100" w:type="dxa"/>
          </w:tcPr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b/>
                <w:sz w:val="24"/>
                <w:szCs w:val="24"/>
              </w:rPr>
              <w:t>Vedúca súboru</w:t>
            </w:r>
          </w:p>
        </w:tc>
        <w:tc>
          <w:tcPr>
            <w:tcW w:w="5100" w:type="dxa"/>
          </w:tcPr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sz w:val="24"/>
                <w:szCs w:val="24"/>
              </w:rPr>
              <w:t>Erika Beňová</w:t>
            </w:r>
          </w:p>
        </w:tc>
      </w:tr>
      <w:tr w:rsidR="003C5128" w:rsidRPr="00E401EF">
        <w:trPr>
          <w:jc w:val="center"/>
        </w:trPr>
        <w:tc>
          <w:tcPr>
            <w:tcW w:w="5100" w:type="dxa"/>
          </w:tcPr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</w:p>
        </w:tc>
        <w:tc>
          <w:tcPr>
            <w:tcW w:w="5100" w:type="dxa"/>
          </w:tcPr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sz w:val="24"/>
                <w:szCs w:val="24"/>
              </w:rPr>
              <w:t>0948 842 110</w:t>
            </w:r>
          </w:p>
        </w:tc>
      </w:tr>
      <w:tr w:rsidR="003C5128" w:rsidRPr="00E401EF">
        <w:trPr>
          <w:jc w:val="center"/>
        </w:trPr>
        <w:tc>
          <w:tcPr>
            <w:tcW w:w="5100" w:type="dxa"/>
          </w:tcPr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b/>
                <w:sz w:val="24"/>
                <w:szCs w:val="24"/>
              </w:rPr>
              <w:t>Výsledok talentových skúšok</w:t>
            </w:r>
          </w:p>
        </w:tc>
        <w:tc>
          <w:tcPr>
            <w:tcW w:w="5100" w:type="dxa"/>
          </w:tcPr>
          <w:p w:rsidR="003C5128" w:rsidRPr="00E401EF" w:rsidRDefault="0099738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SMS najneskôr do 6. 9. 2026 – informácia o prijatí alebo neprijatí </w:t>
            </w:r>
            <w:r w:rsidRPr="00E401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dieťaťa</w:t>
            </w:r>
          </w:p>
        </w:tc>
      </w:tr>
    </w:tbl>
    <w:p w:rsidR="003C5128" w:rsidRPr="00E401EF" w:rsidRDefault="00997381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ÚDAJE O UCHÁDZAČOVI</w:t>
      </w:r>
    </w:p>
    <w:p w:rsidR="003C5128" w:rsidRPr="00E401EF" w:rsidRDefault="00997381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Meno a priezvisko dieťaťa:</w:t>
      </w:r>
      <w:r w:rsidRPr="00E401EF">
        <w:rPr>
          <w:rFonts w:ascii="Times New Roman" w:hAnsi="Times New Roman" w:cs="Times New Roman"/>
          <w:sz w:val="24"/>
          <w:szCs w:val="24"/>
        </w:rPr>
        <w:t xml:space="preserve">  _____________________________________________</w:t>
      </w:r>
    </w:p>
    <w:p w:rsidR="003C5128" w:rsidRPr="00E401EF" w:rsidRDefault="00997381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Dátum narodenia:</w:t>
      </w:r>
      <w:r w:rsidRPr="00E401EF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</w:t>
      </w:r>
    </w:p>
    <w:p w:rsidR="003C5128" w:rsidRPr="00E401EF" w:rsidRDefault="00997381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Vek:</w:t>
      </w:r>
      <w:r w:rsidRPr="00E401EF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</w:t>
      </w:r>
    </w:p>
    <w:p w:rsidR="003C5128" w:rsidRPr="00E401EF" w:rsidRDefault="00997381">
      <w:pPr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 xml:space="preserve">Veková </w:t>
      </w:r>
      <w:r w:rsidRPr="00E401EF">
        <w:rPr>
          <w:rFonts w:ascii="Times New Roman" w:hAnsi="Times New Roman" w:cs="Times New Roman"/>
          <w:b/>
          <w:sz w:val="24"/>
          <w:szCs w:val="24"/>
        </w:rPr>
        <w:t>kategória:</w:t>
      </w:r>
      <w:r w:rsidRPr="00E401EF">
        <w:rPr>
          <w:rFonts w:ascii="Times New Roman" w:hAnsi="Times New Roman" w:cs="Times New Roman"/>
          <w:sz w:val="24"/>
          <w:szCs w:val="24"/>
        </w:rPr>
        <w:t xml:space="preserve">   </w:t>
      </w:r>
      <w:r w:rsidRPr="00E401EF">
        <w:rPr>
          <w:rFonts w:cs="Times New Roman"/>
          <w:sz w:val="24"/>
          <w:szCs w:val="24"/>
        </w:rPr>
        <w:t>☐</w:t>
      </w:r>
      <w:r w:rsidRPr="00E401EF">
        <w:rPr>
          <w:rFonts w:ascii="Times New Roman" w:hAnsi="Times New Roman" w:cs="Times New Roman"/>
          <w:sz w:val="24"/>
          <w:szCs w:val="24"/>
        </w:rPr>
        <w:t xml:space="preserve"> MINI (ročník 2018 – 2019)      </w:t>
      </w:r>
      <w:r w:rsidRPr="00E401EF">
        <w:rPr>
          <w:rFonts w:cs="Times New Roman"/>
          <w:sz w:val="24"/>
          <w:szCs w:val="24"/>
        </w:rPr>
        <w:t>☐</w:t>
      </w:r>
      <w:r w:rsidR="00FE7528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LÁDEŽ (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438">
        <w:rPr>
          <w:rFonts w:ascii="Times New Roman" w:hAnsi="Times New Roman" w:cs="Times New Roman"/>
          <w:sz w:val="24"/>
          <w:szCs w:val="24"/>
        </w:rPr>
        <w:t>15rokov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438">
        <w:rPr>
          <w:rFonts w:ascii="Times New Roman" w:hAnsi="Times New Roman" w:cs="Times New Roman"/>
          <w:sz w:val="24"/>
          <w:szCs w:val="24"/>
        </w:rPr>
        <w:t>ročník</w:t>
      </w:r>
      <w:proofErr w:type="spellEnd"/>
      <w:r w:rsidR="001F3438">
        <w:rPr>
          <w:rFonts w:ascii="Times New Roman" w:hAnsi="Times New Roman" w:cs="Times New Roman"/>
          <w:sz w:val="24"/>
          <w:szCs w:val="24"/>
        </w:rPr>
        <w:t xml:space="preserve"> 2011 a </w:t>
      </w:r>
      <w:proofErr w:type="spellStart"/>
      <w:proofErr w:type="gramStart"/>
      <w:r w:rsidR="001F3438">
        <w:rPr>
          <w:rFonts w:ascii="Times New Roman" w:hAnsi="Times New Roman" w:cs="Times New Roman"/>
          <w:sz w:val="24"/>
          <w:szCs w:val="24"/>
        </w:rPr>
        <w:t>starší</w:t>
      </w:r>
      <w:proofErr w:type="spellEnd"/>
      <w:r w:rsidR="001F3438">
        <w:rPr>
          <w:rFonts w:ascii="Times New Roman" w:hAnsi="Times New Roman" w:cs="Times New Roman"/>
          <w:sz w:val="24"/>
          <w:szCs w:val="24"/>
        </w:rPr>
        <w:t xml:space="preserve"> </w:t>
      </w:r>
      <w:r w:rsidRPr="00E401E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C5128" w:rsidRPr="00E401EF" w:rsidRDefault="00997381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ÚDAJE O ZÁKONNOM ZÁSTUPCOVI</w:t>
      </w:r>
    </w:p>
    <w:p w:rsidR="003C5128" w:rsidRPr="00E401EF" w:rsidRDefault="00997381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Meno a priezvisko:</w:t>
      </w:r>
      <w:r w:rsidRPr="00E401EF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</w:t>
      </w:r>
    </w:p>
    <w:p w:rsidR="003C5128" w:rsidRPr="00E401EF" w:rsidRDefault="00997381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Telefónny kontakt:</w:t>
      </w:r>
      <w:r w:rsidRPr="00E401EF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</w:t>
      </w:r>
    </w:p>
    <w:p w:rsidR="003C5128" w:rsidRPr="00E401EF" w:rsidRDefault="00997381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Facebook / Messenger (pre komunikáciu):</w:t>
      </w:r>
      <w:r w:rsidRPr="00E401EF">
        <w:rPr>
          <w:rFonts w:ascii="Times New Roman" w:hAnsi="Times New Roman" w:cs="Times New Roman"/>
          <w:sz w:val="24"/>
          <w:szCs w:val="24"/>
        </w:rPr>
        <w:t xml:space="preserve">  ___________________________________</w:t>
      </w:r>
    </w:p>
    <w:p w:rsidR="003C5128" w:rsidRPr="00E401EF" w:rsidRDefault="00997381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DOPLŇUJÚCE INFORMÁCIE</w:t>
      </w:r>
    </w:p>
    <w:p w:rsidR="003C5128" w:rsidRPr="00E401EF" w:rsidRDefault="0099738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401EF">
        <w:rPr>
          <w:rFonts w:ascii="Times New Roman" w:hAnsi="Times New Roman" w:cs="Times New Roman"/>
          <w:sz w:val="24"/>
          <w:szCs w:val="24"/>
        </w:rPr>
        <w:t>Má dieťa predchádzajúce tanečné skúsenosti?</w:t>
      </w:r>
      <w:proofErr w:type="gramEnd"/>
      <w:r w:rsidRPr="00E401EF">
        <w:rPr>
          <w:rFonts w:ascii="Times New Roman" w:hAnsi="Times New Roman" w:cs="Times New Roman"/>
          <w:sz w:val="24"/>
          <w:szCs w:val="24"/>
        </w:rPr>
        <w:t xml:space="preserve">   </w:t>
      </w:r>
      <w:r w:rsidRPr="00E401EF">
        <w:rPr>
          <w:rFonts w:cs="Times New Roman"/>
          <w:sz w:val="24"/>
          <w:szCs w:val="24"/>
        </w:rPr>
        <w:t>☐</w:t>
      </w:r>
      <w:r w:rsidRPr="00E401EF">
        <w:rPr>
          <w:rFonts w:ascii="Times New Roman" w:hAnsi="Times New Roman" w:cs="Times New Roman"/>
          <w:sz w:val="24"/>
          <w:szCs w:val="24"/>
        </w:rPr>
        <w:t xml:space="preserve"> Áno   </w:t>
      </w:r>
      <w:r w:rsidRPr="00E401EF">
        <w:rPr>
          <w:rFonts w:cs="Times New Roman"/>
          <w:sz w:val="24"/>
          <w:szCs w:val="24"/>
        </w:rPr>
        <w:t>☐</w:t>
      </w:r>
      <w:r w:rsidRPr="00E401EF">
        <w:rPr>
          <w:rFonts w:ascii="Times New Roman" w:hAnsi="Times New Roman" w:cs="Times New Roman"/>
          <w:sz w:val="24"/>
          <w:szCs w:val="24"/>
        </w:rPr>
        <w:t xml:space="preserve"> Nie</w:t>
      </w:r>
    </w:p>
    <w:p w:rsidR="003C5128" w:rsidRPr="00E401EF" w:rsidRDefault="00997381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Ak áno, uveďte stručne kde / ako dlho:</w:t>
      </w:r>
      <w:r w:rsidRPr="00E401EF">
        <w:rPr>
          <w:rFonts w:ascii="Times New Roman" w:hAnsi="Times New Roman" w:cs="Times New Roman"/>
          <w:sz w:val="24"/>
          <w:szCs w:val="24"/>
        </w:rPr>
        <w:t xml:space="preserve">  ____________________________________</w:t>
      </w:r>
    </w:p>
    <w:p w:rsidR="003C5128" w:rsidRPr="00E401EF" w:rsidRDefault="00997381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SÚHLAS ZÁKONNÉHO ZÁS</w:t>
      </w:r>
      <w:r w:rsidRPr="00E401EF">
        <w:rPr>
          <w:rFonts w:ascii="Times New Roman" w:hAnsi="Times New Roman" w:cs="Times New Roman"/>
          <w:b/>
          <w:sz w:val="24"/>
          <w:szCs w:val="24"/>
        </w:rPr>
        <w:t>TUPCU</w:t>
      </w:r>
    </w:p>
    <w:p w:rsidR="003C5128" w:rsidRPr="00E401EF" w:rsidRDefault="00997381">
      <w:pPr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sz w:val="24"/>
          <w:szCs w:val="24"/>
        </w:rPr>
        <w:t xml:space="preserve">Potvrdzujem, že uvedené údaje sú pravdivé a súhlasím s účasťou dieťaťa </w:t>
      </w:r>
      <w:proofErr w:type="gramStart"/>
      <w:r w:rsidRPr="00E401E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401EF">
        <w:rPr>
          <w:rFonts w:ascii="Times New Roman" w:hAnsi="Times New Roman" w:cs="Times New Roman"/>
          <w:sz w:val="24"/>
          <w:szCs w:val="24"/>
        </w:rPr>
        <w:t xml:space="preserve"> talentových skúškach tanečného súboru Čisté duše. Beriem </w:t>
      </w:r>
      <w:proofErr w:type="gramStart"/>
      <w:r w:rsidRPr="00E401E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401EF">
        <w:rPr>
          <w:rFonts w:ascii="Times New Roman" w:hAnsi="Times New Roman" w:cs="Times New Roman"/>
          <w:sz w:val="24"/>
          <w:szCs w:val="24"/>
        </w:rPr>
        <w:t xml:space="preserve"> vedomie, že výsledok talentových skúšok bude oznámený formou SMS najneskôr do 6. 9. 2026, s informáciou, či bolo die</w:t>
      </w:r>
      <w:r w:rsidRPr="00E401EF">
        <w:rPr>
          <w:rFonts w:ascii="Times New Roman" w:hAnsi="Times New Roman" w:cs="Times New Roman"/>
          <w:sz w:val="24"/>
          <w:szCs w:val="24"/>
        </w:rPr>
        <w:t>ťa prijaté alebo neprijaté.</w:t>
      </w:r>
    </w:p>
    <w:tbl>
      <w:tblPr>
        <w:tblW w:w="0" w:type="auto"/>
        <w:jc w:val="center"/>
        <w:tblLook w:val="04A0"/>
      </w:tblPr>
      <w:tblGrid>
        <w:gridCol w:w="5100"/>
        <w:gridCol w:w="5100"/>
      </w:tblGrid>
      <w:tr w:rsidR="003C5128" w:rsidRPr="00E401EF">
        <w:trPr>
          <w:jc w:val="center"/>
        </w:trPr>
        <w:tc>
          <w:tcPr>
            <w:tcW w:w="5100" w:type="dxa"/>
          </w:tcPr>
          <w:p w:rsidR="00E401EF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sz w:val="24"/>
                <w:szCs w:val="24"/>
              </w:rPr>
              <w:t xml:space="preserve">Dátum: </w:t>
            </w:r>
          </w:p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5100" w:type="dxa"/>
          </w:tcPr>
          <w:p w:rsidR="00E401EF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sz w:val="24"/>
                <w:szCs w:val="24"/>
              </w:rPr>
              <w:t xml:space="preserve">Podpis zákonného zástupcu: </w:t>
            </w:r>
          </w:p>
          <w:p w:rsidR="003C5128" w:rsidRPr="00E401EF" w:rsidRDefault="009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1EF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</w:tbl>
    <w:p w:rsidR="003C5128" w:rsidRPr="00E401EF" w:rsidRDefault="00997381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E401EF">
        <w:rPr>
          <w:rFonts w:ascii="Times New Roman" w:hAnsi="Times New Roman" w:cs="Times New Roman"/>
          <w:b/>
          <w:sz w:val="24"/>
          <w:szCs w:val="24"/>
        </w:rPr>
        <w:t>POZNÁMKA</w:t>
      </w:r>
    </w:p>
    <w:p w:rsidR="003C5128" w:rsidRPr="00E401EF" w:rsidRDefault="0099738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401EF">
        <w:rPr>
          <w:rFonts w:ascii="Times New Roman" w:hAnsi="Times New Roman" w:cs="Times New Roman"/>
          <w:sz w:val="24"/>
          <w:szCs w:val="24"/>
        </w:rPr>
        <w:t>Prosíme o vyplnenie všetkých údajov čitateľne.</w:t>
      </w:r>
      <w:proofErr w:type="gramEnd"/>
      <w:r w:rsidRPr="00E401EF">
        <w:rPr>
          <w:rFonts w:ascii="Times New Roman" w:hAnsi="Times New Roman" w:cs="Times New Roman"/>
          <w:sz w:val="24"/>
          <w:szCs w:val="24"/>
        </w:rPr>
        <w:t xml:space="preserve"> Vyplnenú prihlášku je potrebné priniesť </w:t>
      </w:r>
      <w:proofErr w:type="gramStart"/>
      <w:r w:rsidRPr="00E401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401EF">
        <w:rPr>
          <w:rFonts w:ascii="Times New Roman" w:hAnsi="Times New Roman" w:cs="Times New Roman"/>
          <w:sz w:val="24"/>
          <w:szCs w:val="24"/>
        </w:rPr>
        <w:t xml:space="preserve"> odovzdať osobne počas talentových skúšok.</w:t>
      </w:r>
    </w:p>
    <w:sectPr w:rsidR="003C5128" w:rsidRPr="00E401EF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1F3438"/>
    <w:rsid w:val="0029639D"/>
    <w:rsid w:val="00326F90"/>
    <w:rsid w:val="003C5128"/>
    <w:rsid w:val="00997381"/>
    <w:rsid w:val="00AA1D8D"/>
    <w:rsid w:val="00B47730"/>
    <w:rsid w:val="00CB0664"/>
    <w:rsid w:val="00E401EF"/>
    <w:rsid w:val="00FC693F"/>
    <w:rsid w:val="00FE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Barbora Olejníková</cp:lastModifiedBy>
  <cp:revision>2</cp:revision>
  <dcterms:created xsi:type="dcterms:W3CDTF">2026-08-18T19:03:00Z</dcterms:created>
  <dcterms:modified xsi:type="dcterms:W3CDTF">2026-08-18T19:03:00Z</dcterms:modified>
</cp:coreProperties>
</file>